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6655" w14:textId="77777777" w:rsidR="007A764F" w:rsidRPr="00AA5611" w:rsidRDefault="00A700A7" w:rsidP="00AA5611">
      <w:pPr>
        <w:spacing w:after="0"/>
        <w:jc w:val="center"/>
        <w:rPr>
          <w:sz w:val="52"/>
          <w:szCs w:val="52"/>
        </w:rPr>
      </w:pPr>
      <w:r w:rsidRPr="00AA5611">
        <w:rPr>
          <w:b/>
          <w:sz w:val="52"/>
          <w:szCs w:val="52"/>
        </w:rPr>
        <w:t>Mayor’s Community Fund Application Form</w:t>
      </w:r>
    </w:p>
    <w:p w14:paraId="0BFCC11F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1: Eligibility &amp; Location</w:t>
      </w:r>
    </w:p>
    <w:p w14:paraId="7A89677F" w14:textId="77777777" w:rsidR="007A764F" w:rsidRDefault="00A700A7" w:rsidP="00AA5611">
      <w:pPr>
        <w:spacing w:after="0"/>
      </w:pPr>
      <w:r>
        <w:t>Organisation Postcode: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86EF00B" w14:textId="77777777" w:rsidTr="00AA5611">
        <w:trPr>
          <w:trHeight w:val="576"/>
        </w:trPr>
        <w:tc>
          <w:tcPr>
            <w:tcW w:w="8640" w:type="dxa"/>
          </w:tcPr>
          <w:p w14:paraId="04547DE8" w14:textId="77777777" w:rsidR="007A764F" w:rsidRDefault="007A764F" w:rsidP="00AA5611">
            <w:pPr>
              <w:spacing w:after="0"/>
            </w:pPr>
          </w:p>
        </w:tc>
      </w:tr>
      <w:tr w:rsidR="007A764F" w14:paraId="5BACA0E3" w14:textId="77777777" w:rsidTr="00AA5611">
        <w:trPr>
          <w:trHeight w:val="576"/>
        </w:trPr>
        <w:tc>
          <w:tcPr>
            <w:tcW w:w="8640" w:type="dxa"/>
          </w:tcPr>
          <w:p w14:paraId="12FBA9C5" w14:textId="77777777" w:rsidR="007A764F" w:rsidRDefault="007A764F" w:rsidP="00AA5611">
            <w:pPr>
              <w:spacing w:after="0"/>
            </w:pPr>
          </w:p>
        </w:tc>
      </w:tr>
    </w:tbl>
    <w:p w14:paraId="08A518C2" w14:textId="77777777" w:rsidR="007A764F" w:rsidRDefault="00A700A7" w:rsidP="00AA5611">
      <w:pPr>
        <w:spacing w:after="0"/>
      </w:pPr>
      <w:r>
        <w:t>Project Delivery Postcode (if different):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069D185" w14:textId="77777777" w:rsidTr="00AA5611">
        <w:trPr>
          <w:trHeight w:val="576"/>
        </w:trPr>
        <w:tc>
          <w:tcPr>
            <w:tcW w:w="8640" w:type="dxa"/>
          </w:tcPr>
          <w:p w14:paraId="40B37A5B" w14:textId="77777777" w:rsidR="007A764F" w:rsidRDefault="007A764F" w:rsidP="00AA5611">
            <w:pPr>
              <w:spacing w:after="0"/>
            </w:pPr>
          </w:p>
        </w:tc>
      </w:tr>
    </w:tbl>
    <w:p w14:paraId="04E2ED31" w14:textId="77777777" w:rsidR="007A764F" w:rsidRDefault="00A700A7" w:rsidP="00AA5611">
      <w:pPr>
        <w:spacing w:after="0"/>
      </w:pPr>
      <w:r>
        <w:t xml:space="preserve">Is your project based </w:t>
      </w:r>
      <w:proofErr w:type="gramStart"/>
      <w:r>
        <w:t>in</w:t>
      </w:r>
      <w:proofErr w:type="gramEnd"/>
      <w:r>
        <w:t xml:space="preserve"> or benefiting Hull and East Yorkshire?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1F936D88" w14:textId="77777777" w:rsidTr="00AA5611">
        <w:trPr>
          <w:trHeight w:val="576"/>
        </w:trPr>
        <w:tc>
          <w:tcPr>
            <w:tcW w:w="8640" w:type="dxa"/>
          </w:tcPr>
          <w:p w14:paraId="10B23477" w14:textId="77777777" w:rsidR="007A764F" w:rsidRDefault="007A764F" w:rsidP="00AA5611">
            <w:pPr>
              <w:spacing w:after="0"/>
            </w:pPr>
          </w:p>
        </w:tc>
      </w:tr>
    </w:tbl>
    <w:p w14:paraId="5A72355D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2: Organisation Details</w:t>
      </w:r>
    </w:p>
    <w:p w14:paraId="6A762286" w14:textId="77777777" w:rsidR="007A764F" w:rsidRDefault="00A700A7" w:rsidP="00AA5611">
      <w:pPr>
        <w:spacing w:after="0"/>
      </w:pPr>
      <w:r>
        <w:t>Organisation Name (must match bank account name):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0978F7A0" w14:textId="77777777" w:rsidTr="00AA5611">
        <w:trPr>
          <w:trHeight w:val="576"/>
        </w:trPr>
        <w:tc>
          <w:tcPr>
            <w:tcW w:w="8640" w:type="dxa"/>
          </w:tcPr>
          <w:p w14:paraId="5117648B" w14:textId="77777777" w:rsidR="007A764F" w:rsidRDefault="007A764F" w:rsidP="00AA5611">
            <w:pPr>
              <w:spacing w:after="0"/>
            </w:pPr>
          </w:p>
        </w:tc>
      </w:tr>
      <w:tr w:rsidR="007A764F" w14:paraId="6F65BA08" w14:textId="77777777" w:rsidTr="00AA5611">
        <w:trPr>
          <w:trHeight w:val="576"/>
        </w:trPr>
        <w:tc>
          <w:tcPr>
            <w:tcW w:w="8640" w:type="dxa"/>
          </w:tcPr>
          <w:p w14:paraId="00C06169" w14:textId="77777777" w:rsidR="007A764F" w:rsidRDefault="007A764F" w:rsidP="00AA5611">
            <w:pPr>
              <w:spacing w:after="0"/>
            </w:pPr>
          </w:p>
        </w:tc>
      </w:tr>
    </w:tbl>
    <w:p w14:paraId="2C9EAA49" w14:textId="77777777" w:rsidR="007A764F" w:rsidRDefault="00A700A7" w:rsidP="00AA5611">
      <w:pPr>
        <w:spacing w:after="0"/>
      </w:pPr>
      <w:r>
        <w:t>Type of Organisation: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7D2C72F4" w14:textId="77777777" w:rsidTr="00AA5611">
        <w:trPr>
          <w:trHeight w:val="576"/>
        </w:trPr>
        <w:tc>
          <w:tcPr>
            <w:tcW w:w="8640" w:type="dxa"/>
          </w:tcPr>
          <w:p w14:paraId="5DF78EC1" w14:textId="77777777" w:rsidR="007A764F" w:rsidRDefault="007A764F" w:rsidP="00AA5611">
            <w:pPr>
              <w:spacing w:after="0"/>
            </w:pPr>
          </w:p>
        </w:tc>
      </w:tr>
      <w:tr w:rsidR="007A764F" w14:paraId="7B08DFF5" w14:textId="77777777" w:rsidTr="00AA5611">
        <w:trPr>
          <w:trHeight w:val="576"/>
        </w:trPr>
        <w:tc>
          <w:tcPr>
            <w:tcW w:w="8640" w:type="dxa"/>
          </w:tcPr>
          <w:p w14:paraId="2D42E99C" w14:textId="77777777" w:rsidR="007A764F" w:rsidRDefault="007A764F" w:rsidP="00AA5611">
            <w:pPr>
              <w:spacing w:after="0"/>
            </w:pPr>
          </w:p>
        </w:tc>
      </w:tr>
    </w:tbl>
    <w:p w14:paraId="1E84B57D" w14:textId="77777777" w:rsidR="007A764F" w:rsidRDefault="00A700A7" w:rsidP="00AA5611">
      <w:pPr>
        <w:spacing w:after="0"/>
      </w:pPr>
      <w:r>
        <w:t>Registration Number (if applicable):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1CBAD261" w14:textId="77777777" w:rsidTr="00AA5611">
        <w:trPr>
          <w:trHeight w:val="576"/>
        </w:trPr>
        <w:tc>
          <w:tcPr>
            <w:tcW w:w="8640" w:type="dxa"/>
          </w:tcPr>
          <w:p w14:paraId="64333D12" w14:textId="77777777" w:rsidR="007A764F" w:rsidRDefault="007A764F" w:rsidP="00AA5611">
            <w:pPr>
              <w:spacing w:after="0"/>
            </w:pPr>
          </w:p>
        </w:tc>
      </w:tr>
      <w:tr w:rsidR="007A764F" w14:paraId="2926A6B9" w14:textId="77777777" w:rsidTr="00AA5611">
        <w:trPr>
          <w:trHeight w:val="576"/>
        </w:trPr>
        <w:tc>
          <w:tcPr>
            <w:tcW w:w="8640" w:type="dxa"/>
          </w:tcPr>
          <w:p w14:paraId="462589DC" w14:textId="77777777" w:rsidR="007A764F" w:rsidRDefault="007A764F" w:rsidP="00AA5611">
            <w:pPr>
              <w:spacing w:after="0"/>
            </w:pPr>
          </w:p>
        </w:tc>
      </w:tr>
    </w:tbl>
    <w:p w14:paraId="4AD6CCF7" w14:textId="77777777" w:rsidR="007A764F" w:rsidRDefault="00A700A7" w:rsidP="00AA5611">
      <w:pPr>
        <w:spacing w:after="0"/>
      </w:pPr>
      <w:r>
        <w:t>Year Established: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6EEE4098" w14:textId="77777777" w:rsidTr="00AA5611">
        <w:trPr>
          <w:trHeight w:val="576"/>
        </w:trPr>
        <w:tc>
          <w:tcPr>
            <w:tcW w:w="8640" w:type="dxa"/>
          </w:tcPr>
          <w:p w14:paraId="2D81FDB1" w14:textId="77777777" w:rsidR="007A764F" w:rsidRDefault="007A764F" w:rsidP="00AA5611">
            <w:pPr>
              <w:spacing w:after="0"/>
            </w:pPr>
          </w:p>
        </w:tc>
      </w:tr>
    </w:tbl>
    <w:p w14:paraId="39C8E9C8" w14:textId="77777777" w:rsidR="00AA5611" w:rsidRDefault="00AA5611" w:rsidP="00AA5611">
      <w:pPr>
        <w:spacing w:after="0"/>
      </w:pPr>
    </w:p>
    <w:p w14:paraId="2AA91231" w14:textId="76371260" w:rsidR="007A764F" w:rsidRDefault="00A700A7" w:rsidP="00AA5611">
      <w:pPr>
        <w:spacing w:after="0"/>
      </w:pPr>
      <w:r>
        <w:t>Organisation Address: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2A9A5000" w14:textId="77777777" w:rsidTr="00AA5611">
        <w:trPr>
          <w:trHeight w:val="576"/>
        </w:trPr>
        <w:tc>
          <w:tcPr>
            <w:tcW w:w="8640" w:type="dxa"/>
          </w:tcPr>
          <w:p w14:paraId="332B9906" w14:textId="77777777" w:rsidR="007A764F" w:rsidRDefault="007A764F" w:rsidP="00AA5611">
            <w:pPr>
              <w:spacing w:after="0"/>
            </w:pPr>
          </w:p>
        </w:tc>
      </w:tr>
      <w:tr w:rsidR="007A764F" w14:paraId="65134820" w14:textId="77777777" w:rsidTr="00AA5611">
        <w:trPr>
          <w:trHeight w:val="576"/>
        </w:trPr>
        <w:tc>
          <w:tcPr>
            <w:tcW w:w="8640" w:type="dxa"/>
          </w:tcPr>
          <w:p w14:paraId="7CFBDB26" w14:textId="77777777" w:rsidR="007A764F" w:rsidRDefault="007A764F" w:rsidP="00AA5611">
            <w:pPr>
              <w:spacing w:after="0"/>
            </w:pPr>
          </w:p>
        </w:tc>
      </w:tr>
    </w:tbl>
    <w:p w14:paraId="2FC2CF43" w14:textId="77777777" w:rsidR="007A764F" w:rsidRDefault="00A700A7" w:rsidP="00AA5611">
      <w:pPr>
        <w:spacing w:after="0"/>
      </w:pPr>
      <w:r>
        <w:lastRenderedPageBreak/>
        <w:t>Website / Social Media (if available):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1CDBA7B0" w14:textId="77777777" w:rsidTr="00AA5611">
        <w:trPr>
          <w:trHeight w:val="576"/>
        </w:trPr>
        <w:tc>
          <w:tcPr>
            <w:tcW w:w="8640" w:type="dxa"/>
          </w:tcPr>
          <w:p w14:paraId="5F961CCC" w14:textId="77777777" w:rsidR="007A764F" w:rsidRDefault="007A764F" w:rsidP="00AA5611">
            <w:pPr>
              <w:spacing w:after="0"/>
            </w:pPr>
          </w:p>
        </w:tc>
      </w:tr>
      <w:tr w:rsidR="007A764F" w14:paraId="307D1EB5" w14:textId="77777777" w:rsidTr="00AA5611">
        <w:trPr>
          <w:trHeight w:val="576"/>
        </w:trPr>
        <w:tc>
          <w:tcPr>
            <w:tcW w:w="8640" w:type="dxa"/>
          </w:tcPr>
          <w:p w14:paraId="31BCBBCB" w14:textId="77777777" w:rsidR="007A764F" w:rsidRDefault="007A764F" w:rsidP="00AA5611">
            <w:pPr>
              <w:spacing w:after="0"/>
            </w:pPr>
          </w:p>
        </w:tc>
      </w:tr>
    </w:tbl>
    <w:p w14:paraId="4B0FD5ED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3: Primary Contact</w:t>
      </w:r>
    </w:p>
    <w:p w14:paraId="398ECC93" w14:textId="77777777" w:rsidR="007A764F" w:rsidRDefault="00A700A7" w:rsidP="00AA5611">
      <w:pPr>
        <w:spacing w:after="0"/>
      </w:pPr>
      <w:r>
        <w:t>Full 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74FEEF69" w14:textId="77777777" w:rsidTr="00AA5611">
        <w:trPr>
          <w:trHeight w:val="576"/>
        </w:trPr>
        <w:tc>
          <w:tcPr>
            <w:tcW w:w="8640" w:type="dxa"/>
          </w:tcPr>
          <w:p w14:paraId="364AF753" w14:textId="77777777" w:rsidR="007A764F" w:rsidRDefault="007A764F" w:rsidP="00AA5611">
            <w:pPr>
              <w:spacing w:after="0"/>
            </w:pPr>
          </w:p>
        </w:tc>
      </w:tr>
      <w:tr w:rsidR="007A764F" w14:paraId="1909DDF2" w14:textId="77777777" w:rsidTr="00AA5611">
        <w:trPr>
          <w:trHeight w:val="576"/>
        </w:trPr>
        <w:tc>
          <w:tcPr>
            <w:tcW w:w="8640" w:type="dxa"/>
          </w:tcPr>
          <w:p w14:paraId="73337B30" w14:textId="77777777" w:rsidR="007A764F" w:rsidRDefault="007A764F" w:rsidP="00AA5611">
            <w:pPr>
              <w:spacing w:after="0"/>
            </w:pPr>
          </w:p>
        </w:tc>
      </w:tr>
    </w:tbl>
    <w:p w14:paraId="2A9449FB" w14:textId="77777777" w:rsidR="007A764F" w:rsidRDefault="00A700A7" w:rsidP="00AA5611">
      <w:pPr>
        <w:spacing w:after="0"/>
      </w:pPr>
      <w:r>
        <w:t>Role in Organisation: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5995E165" w14:textId="77777777" w:rsidTr="00AA5611">
        <w:trPr>
          <w:trHeight w:val="576"/>
        </w:trPr>
        <w:tc>
          <w:tcPr>
            <w:tcW w:w="8640" w:type="dxa"/>
          </w:tcPr>
          <w:p w14:paraId="15E6FD73" w14:textId="77777777" w:rsidR="007A764F" w:rsidRDefault="007A764F" w:rsidP="00AA5611">
            <w:pPr>
              <w:spacing w:after="0"/>
            </w:pPr>
          </w:p>
        </w:tc>
      </w:tr>
    </w:tbl>
    <w:p w14:paraId="02FE759C" w14:textId="77777777" w:rsidR="007A764F" w:rsidRDefault="00A700A7" w:rsidP="00AA5611">
      <w:pPr>
        <w:spacing w:after="0"/>
      </w:pPr>
      <w:r>
        <w:t>Email Address: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55D48782" w14:textId="77777777" w:rsidTr="00AA5611">
        <w:trPr>
          <w:trHeight w:val="576"/>
        </w:trPr>
        <w:tc>
          <w:tcPr>
            <w:tcW w:w="8640" w:type="dxa"/>
          </w:tcPr>
          <w:p w14:paraId="76F2A5EE" w14:textId="77777777" w:rsidR="007A764F" w:rsidRDefault="007A764F" w:rsidP="00AA5611">
            <w:pPr>
              <w:spacing w:after="0"/>
            </w:pPr>
          </w:p>
        </w:tc>
      </w:tr>
    </w:tbl>
    <w:p w14:paraId="179635B4" w14:textId="77777777" w:rsidR="007A764F" w:rsidRDefault="00A700A7" w:rsidP="00AA5611">
      <w:pPr>
        <w:spacing w:after="0"/>
      </w:pPr>
      <w:r>
        <w:t>Phone Number: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531BB934" w14:textId="77777777" w:rsidTr="00AA5611">
        <w:trPr>
          <w:trHeight w:val="576"/>
        </w:trPr>
        <w:tc>
          <w:tcPr>
            <w:tcW w:w="8640" w:type="dxa"/>
          </w:tcPr>
          <w:p w14:paraId="7896FAAD" w14:textId="77777777" w:rsidR="007A764F" w:rsidRDefault="007A764F" w:rsidP="00AA5611">
            <w:pPr>
              <w:spacing w:after="0"/>
            </w:pPr>
          </w:p>
        </w:tc>
      </w:tr>
    </w:tbl>
    <w:p w14:paraId="23B718EE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4: Governance (if available)</w:t>
      </w:r>
    </w:p>
    <w:p w14:paraId="424434BB" w14:textId="77777777" w:rsidR="007A764F" w:rsidRDefault="00A700A7" w:rsidP="00AA5611">
      <w:pPr>
        <w:spacing w:after="0"/>
      </w:pPr>
      <w:r>
        <w:t>Do you have a governing document? (Yes / No / In progress):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A97F760" w14:textId="77777777" w:rsidTr="00AA5611">
        <w:trPr>
          <w:trHeight w:val="576"/>
        </w:trPr>
        <w:tc>
          <w:tcPr>
            <w:tcW w:w="8640" w:type="dxa"/>
          </w:tcPr>
          <w:p w14:paraId="4DA7D4B5" w14:textId="77777777" w:rsidR="007A764F" w:rsidRDefault="007A764F" w:rsidP="00AA5611">
            <w:pPr>
              <w:spacing w:after="0"/>
            </w:pPr>
          </w:p>
        </w:tc>
      </w:tr>
      <w:tr w:rsidR="007A764F" w14:paraId="78F78C4A" w14:textId="77777777" w:rsidTr="00AA5611">
        <w:trPr>
          <w:trHeight w:val="576"/>
        </w:trPr>
        <w:tc>
          <w:tcPr>
            <w:tcW w:w="8640" w:type="dxa"/>
          </w:tcPr>
          <w:p w14:paraId="72F9EC9F" w14:textId="77777777" w:rsidR="007A764F" w:rsidRDefault="007A764F" w:rsidP="00AA5611">
            <w:pPr>
              <w:spacing w:after="0"/>
            </w:pPr>
          </w:p>
        </w:tc>
      </w:tr>
    </w:tbl>
    <w:p w14:paraId="4BCDEEE4" w14:textId="77777777" w:rsidR="007A764F" w:rsidRDefault="00A700A7" w:rsidP="00AA5611">
      <w:pPr>
        <w:spacing w:after="0"/>
      </w:pPr>
      <w:r>
        <w:t>Do you have a bank account in the organisation’s name? (Yes / No / In progress):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13055D25" w14:textId="77777777" w:rsidTr="00AA5611">
        <w:trPr>
          <w:trHeight w:val="576"/>
        </w:trPr>
        <w:tc>
          <w:tcPr>
            <w:tcW w:w="8640" w:type="dxa"/>
          </w:tcPr>
          <w:p w14:paraId="36526BFB" w14:textId="77777777" w:rsidR="007A764F" w:rsidRDefault="007A764F" w:rsidP="00AA5611">
            <w:pPr>
              <w:spacing w:after="0"/>
            </w:pPr>
          </w:p>
        </w:tc>
      </w:tr>
    </w:tbl>
    <w:p w14:paraId="36C2B827" w14:textId="77777777" w:rsidR="00AA5611" w:rsidRDefault="00AA5611" w:rsidP="00AA5611">
      <w:pPr>
        <w:spacing w:after="0"/>
      </w:pPr>
    </w:p>
    <w:p w14:paraId="48C05CFB" w14:textId="50570E0C" w:rsidR="007A764F" w:rsidRDefault="00A700A7" w:rsidP="00AA5611">
      <w:pPr>
        <w:spacing w:after="0"/>
      </w:pPr>
      <w:r>
        <w:t>Number of signatories (if known):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082B48B" w14:textId="77777777" w:rsidTr="00AA5611">
        <w:trPr>
          <w:trHeight w:val="576"/>
        </w:trPr>
        <w:tc>
          <w:tcPr>
            <w:tcW w:w="8640" w:type="dxa"/>
          </w:tcPr>
          <w:p w14:paraId="16BBDFBB" w14:textId="77777777" w:rsidR="007A764F" w:rsidRDefault="007A764F" w:rsidP="00AA5611">
            <w:pPr>
              <w:spacing w:after="0"/>
            </w:pPr>
          </w:p>
        </w:tc>
      </w:tr>
    </w:tbl>
    <w:p w14:paraId="182B0C5D" w14:textId="77777777" w:rsidR="007A764F" w:rsidRDefault="00A700A7" w:rsidP="00AA5611">
      <w:pPr>
        <w:spacing w:after="0"/>
      </w:pPr>
      <w:r>
        <w:t>Briefly describe how your organisation is structured and managed: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1F2E0D0A" w14:textId="77777777" w:rsidTr="00AA5611">
        <w:trPr>
          <w:trHeight w:val="576"/>
        </w:trPr>
        <w:tc>
          <w:tcPr>
            <w:tcW w:w="8640" w:type="dxa"/>
          </w:tcPr>
          <w:p w14:paraId="00D7CF42" w14:textId="77777777" w:rsidR="007A764F" w:rsidRDefault="007A764F" w:rsidP="00AA5611">
            <w:pPr>
              <w:spacing w:after="0"/>
            </w:pPr>
          </w:p>
          <w:p w14:paraId="3D4BFB6F" w14:textId="77777777" w:rsidR="00AA5611" w:rsidRDefault="00AA5611" w:rsidP="00AA5611">
            <w:pPr>
              <w:spacing w:after="0"/>
            </w:pPr>
          </w:p>
          <w:p w14:paraId="4F906550" w14:textId="77777777" w:rsidR="00AA5611" w:rsidRDefault="00AA5611" w:rsidP="00AA5611">
            <w:pPr>
              <w:spacing w:after="0"/>
            </w:pPr>
          </w:p>
          <w:p w14:paraId="1300228A" w14:textId="77777777" w:rsidR="00AA5611" w:rsidRDefault="00AA5611" w:rsidP="00AA5611">
            <w:pPr>
              <w:spacing w:after="0"/>
            </w:pPr>
          </w:p>
          <w:p w14:paraId="468609AD" w14:textId="77777777" w:rsidR="00AA5611" w:rsidRDefault="00AA5611" w:rsidP="00AA5611">
            <w:pPr>
              <w:spacing w:after="0"/>
            </w:pPr>
          </w:p>
        </w:tc>
      </w:tr>
    </w:tbl>
    <w:p w14:paraId="7E9E7551" w14:textId="77777777" w:rsidR="00A700A7" w:rsidRDefault="00A700A7" w:rsidP="00AA5611">
      <w:pPr>
        <w:spacing w:after="0"/>
      </w:pPr>
    </w:p>
    <w:p w14:paraId="622AC05A" w14:textId="77777777" w:rsidR="00A700A7" w:rsidRDefault="00A700A7" w:rsidP="00AA5611">
      <w:pPr>
        <w:spacing w:after="0"/>
      </w:pPr>
    </w:p>
    <w:p w14:paraId="08A299B1" w14:textId="2007B155" w:rsidR="007A764F" w:rsidRDefault="00A700A7" w:rsidP="00AA5611">
      <w:pPr>
        <w:spacing w:after="0"/>
      </w:pPr>
      <w:r>
        <w:lastRenderedPageBreak/>
        <w:t>Briefly describe how you manage your finances: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462BB42" w14:textId="77777777" w:rsidTr="00AA5611">
        <w:trPr>
          <w:trHeight w:val="576"/>
        </w:trPr>
        <w:tc>
          <w:tcPr>
            <w:tcW w:w="8640" w:type="dxa"/>
          </w:tcPr>
          <w:p w14:paraId="1B7A6C7C" w14:textId="77777777" w:rsidR="007A764F" w:rsidRDefault="007A764F" w:rsidP="00AA5611">
            <w:pPr>
              <w:spacing w:after="0"/>
            </w:pPr>
          </w:p>
          <w:p w14:paraId="2325990F" w14:textId="77777777" w:rsidR="00AA5611" w:rsidRDefault="00AA5611" w:rsidP="00AA5611">
            <w:pPr>
              <w:spacing w:after="0"/>
            </w:pPr>
          </w:p>
          <w:p w14:paraId="2E45A43F" w14:textId="77777777" w:rsidR="00AA5611" w:rsidRDefault="00AA5611" w:rsidP="00AA5611">
            <w:pPr>
              <w:spacing w:after="0"/>
            </w:pPr>
          </w:p>
          <w:p w14:paraId="60EECE07" w14:textId="77777777" w:rsidR="00AA5611" w:rsidRDefault="00AA5611" w:rsidP="00AA5611">
            <w:pPr>
              <w:spacing w:after="0"/>
            </w:pPr>
          </w:p>
        </w:tc>
      </w:tr>
    </w:tbl>
    <w:p w14:paraId="7A94C678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5: Project Overview</w:t>
      </w:r>
    </w:p>
    <w:p w14:paraId="388EEA3F" w14:textId="77777777" w:rsidR="007A764F" w:rsidRDefault="00A700A7" w:rsidP="00AA5611">
      <w:pPr>
        <w:spacing w:after="0"/>
      </w:pPr>
      <w:r>
        <w:t>Project 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1831543" w14:textId="77777777" w:rsidTr="00AA5611">
        <w:trPr>
          <w:trHeight w:val="576"/>
        </w:trPr>
        <w:tc>
          <w:tcPr>
            <w:tcW w:w="8640" w:type="dxa"/>
          </w:tcPr>
          <w:p w14:paraId="5DBD4814" w14:textId="77777777" w:rsidR="007A764F" w:rsidRDefault="007A764F" w:rsidP="00AA5611">
            <w:pPr>
              <w:spacing w:after="0"/>
            </w:pPr>
          </w:p>
        </w:tc>
      </w:tr>
    </w:tbl>
    <w:p w14:paraId="1B0A9FAD" w14:textId="77777777" w:rsidR="007A764F" w:rsidRDefault="00A700A7" w:rsidP="00AA5611">
      <w:pPr>
        <w:spacing w:after="0"/>
      </w:pPr>
      <w:r>
        <w:t>Project Description (what you will deliver):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67421CD5" w14:textId="77777777" w:rsidTr="00AA5611">
        <w:trPr>
          <w:trHeight w:val="576"/>
        </w:trPr>
        <w:tc>
          <w:tcPr>
            <w:tcW w:w="8640" w:type="dxa"/>
          </w:tcPr>
          <w:p w14:paraId="0C4C3406" w14:textId="77777777" w:rsidR="007A764F" w:rsidRDefault="007A764F" w:rsidP="00AA5611">
            <w:pPr>
              <w:spacing w:after="0"/>
            </w:pPr>
          </w:p>
          <w:p w14:paraId="2C10902B" w14:textId="77777777" w:rsidR="00AA5611" w:rsidRDefault="00AA5611" w:rsidP="00AA5611">
            <w:pPr>
              <w:spacing w:after="0"/>
            </w:pPr>
          </w:p>
          <w:p w14:paraId="0E57F4CA" w14:textId="77777777" w:rsidR="00AA5611" w:rsidRDefault="00AA5611" w:rsidP="00AA5611">
            <w:pPr>
              <w:spacing w:after="0"/>
            </w:pPr>
          </w:p>
          <w:p w14:paraId="185F3A83" w14:textId="77777777" w:rsidR="00AA5611" w:rsidRDefault="00AA5611" w:rsidP="00AA5611">
            <w:pPr>
              <w:spacing w:after="0"/>
            </w:pPr>
          </w:p>
          <w:p w14:paraId="796A4430" w14:textId="77777777" w:rsidR="00AA5611" w:rsidRDefault="00AA5611" w:rsidP="00AA5611">
            <w:pPr>
              <w:spacing w:after="0"/>
            </w:pPr>
          </w:p>
          <w:p w14:paraId="7616CE4E" w14:textId="77777777" w:rsidR="00AA5611" w:rsidRDefault="00AA5611" w:rsidP="00AA5611">
            <w:pPr>
              <w:spacing w:after="0"/>
            </w:pPr>
          </w:p>
          <w:p w14:paraId="019C6101" w14:textId="77777777" w:rsidR="00AA5611" w:rsidRDefault="00AA5611" w:rsidP="00AA5611">
            <w:pPr>
              <w:spacing w:after="0"/>
            </w:pPr>
          </w:p>
        </w:tc>
      </w:tr>
    </w:tbl>
    <w:p w14:paraId="1090A985" w14:textId="165560E8" w:rsidR="007A764F" w:rsidRDefault="00A700A7" w:rsidP="00AA5611">
      <w:pPr>
        <w:spacing w:after="0"/>
      </w:pPr>
      <w:r>
        <w:t>Community Need (why this is needed):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5BDCEF8" w14:textId="77777777" w:rsidTr="00AA5611">
        <w:trPr>
          <w:trHeight w:val="576"/>
        </w:trPr>
        <w:tc>
          <w:tcPr>
            <w:tcW w:w="8640" w:type="dxa"/>
          </w:tcPr>
          <w:p w14:paraId="6A80E03D" w14:textId="77777777" w:rsidR="007A764F" w:rsidRDefault="007A764F" w:rsidP="00AA5611">
            <w:pPr>
              <w:spacing w:after="0"/>
            </w:pPr>
          </w:p>
          <w:p w14:paraId="1C61BFC0" w14:textId="77777777" w:rsidR="00AA5611" w:rsidRDefault="00AA5611" w:rsidP="00AA5611">
            <w:pPr>
              <w:spacing w:after="0"/>
            </w:pPr>
          </w:p>
          <w:p w14:paraId="158AE6FC" w14:textId="77777777" w:rsidR="00AA5611" w:rsidRDefault="00AA5611" w:rsidP="00AA5611">
            <w:pPr>
              <w:spacing w:after="0"/>
            </w:pPr>
          </w:p>
          <w:p w14:paraId="0D0E64A5" w14:textId="77777777" w:rsidR="00AA5611" w:rsidRDefault="00AA5611" w:rsidP="00AA5611">
            <w:pPr>
              <w:spacing w:after="0"/>
            </w:pPr>
          </w:p>
          <w:p w14:paraId="017FBD7F" w14:textId="77777777" w:rsidR="00AA5611" w:rsidRDefault="00AA5611" w:rsidP="00AA5611">
            <w:pPr>
              <w:spacing w:after="0"/>
            </w:pPr>
          </w:p>
          <w:p w14:paraId="18C41747" w14:textId="77777777" w:rsidR="00AA5611" w:rsidRDefault="00AA5611" w:rsidP="00AA5611">
            <w:pPr>
              <w:spacing w:after="0"/>
            </w:pPr>
          </w:p>
        </w:tc>
      </w:tr>
    </w:tbl>
    <w:p w14:paraId="6DC8C40C" w14:textId="77777777" w:rsidR="007A764F" w:rsidRDefault="00A700A7" w:rsidP="00AA5611">
      <w:pPr>
        <w:spacing w:after="0"/>
      </w:pPr>
      <w:r>
        <w:t>Outcomes and Impact (what difference it will make):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876CD9D" w14:textId="77777777" w:rsidTr="00AA5611">
        <w:trPr>
          <w:trHeight w:val="576"/>
        </w:trPr>
        <w:tc>
          <w:tcPr>
            <w:tcW w:w="8640" w:type="dxa"/>
          </w:tcPr>
          <w:p w14:paraId="706374F0" w14:textId="77777777" w:rsidR="007A764F" w:rsidRDefault="007A764F" w:rsidP="00AA5611">
            <w:pPr>
              <w:spacing w:after="0"/>
            </w:pPr>
          </w:p>
          <w:p w14:paraId="76BFA348" w14:textId="77777777" w:rsidR="00AA5611" w:rsidRDefault="00AA5611" w:rsidP="00AA5611">
            <w:pPr>
              <w:spacing w:after="0"/>
            </w:pPr>
          </w:p>
          <w:p w14:paraId="4BA944DC" w14:textId="77777777" w:rsidR="00AA5611" w:rsidRDefault="00AA5611" w:rsidP="00AA5611">
            <w:pPr>
              <w:spacing w:after="0"/>
            </w:pPr>
          </w:p>
          <w:p w14:paraId="491E4B31" w14:textId="77777777" w:rsidR="00AA5611" w:rsidRDefault="00AA5611" w:rsidP="00AA5611">
            <w:pPr>
              <w:spacing w:after="0"/>
            </w:pPr>
          </w:p>
          <w:p w14:paraId="4A15FC24" w14:textId="77777777" w:rsidR="00AA5611" w:rsidRDefault="00AA5611" w:rsidP="00AA5611">
            <w:pPr>
              <w:spacing w:after="0"/>
            </w:pPr>
          </w:p>
        </w:tc>
      </w:tr>
    </w:tbl>
    <w:p w14:paraId="7575CD31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6: Delivery</w:t>
      </w:r>
    </w:p>
    <w:p w14:paraId="434DCEC1" w14:textId="77777777" w:rsidR="007A764F" w:rsidRDefault="00A700A7" w:rsidP="00AA5611">
      <w:pPr>
        <w:spacing w:after="0"/>
      </w:pPr>
      <w:r>
        <w:t>Project Start and End Date: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29BCDAD0" w14:textId="77777777" w:rsidTr="00AA5611">
        <w:trPr>
          <w:trHeight w:val="576"/>
        </w:trPr>
        <w:tc>
          <w:tcPr>
            <w:tcW w:w="8640" w:type="dxa"/>
          </w:tcPr>
          <w:p w14:paraId="1B01A8FE" w14:textId="77777777" w:rsidR="007A764F" w:rsidRDefault="007A764F" w:rsidP="00AA5611">
            <w:pPr>
              <w:spacing w:after="0"/>
            </w:pPr>
          </w:p>
        </w:tc>
      </w:tr>
    </w:tbl>
    <w:p w14:paraId="2C362F1C" w14:textId="77777777" w:rsidR="007A764F" w:rsidRDefault="00A700A7" w:rsidP="00AA5611">
      <w:pPr>
        <w:spacing w:after="0"/>
      </w:pPr>
      <w:r>
        <w:t>What activities will you deliver (outputs):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B901DF3" w14:textId="77777777" w:rsidTr="00AA5611">
        <w:trPr>
          <w:trHeight w:val="576"/>
        </w:trPr>
        <w:tc>
          <w:tcPr>
            <w:tcW w:w="8640" w:type="dxa"/>
          </w:tcPr>
          <w:p w14:paraId="1D5EC046" w14:textId="77777777" w:rsidR="007A764F" w:rsidRDefault="007A764F" w:rsidP="00AA5611">
            <w:pPr>
              <w:spacing w:after="0"/>
            </w:pPr>
          </w:p>
          <w:p w14:paraId="295EE93F" w14:textId="77777777" w:rsidR="00AA5611" w:rsidRDefault="00AA5611" w:rsidP="00AA5611">
            <w:pPr>
              <w:spacing w:after="0"/>
            </w:pPr>
          </w:p>
          <w:p w14:paraId="20D6BD26" w14:textId="77777777" w:rsidR="00AA5611" w:rsidRDefault="00AA5611" w:rsidP="00AA5611">
            <w:pPr>
              <w:spacing w:after="0"/>
            </w:pPr>
          </w:p>
          <w:p w14:paraId="025D6105" w14:textId="77777777" w:rsidR="00AA5611" w:rsidRDefault="00AA5611" w:rsidP="00AA5611">
            <w:pPr>
              <w:spacing w:after="0"/>
            </w:pPr>
          </w:p>
          <w:p w14:paraId="191D7D5F" w14:textId="77777777" w:rsidR="00AA5611" w:rsidRDefault="00AA5611" w:rsidP="00AA5611">
            <w:pPr>
              <w:spacing w:after="0"/>
            </w:pPr>
          </w:p>
          <w:p w14:paraId="35B9FF9E" w14:textId="77777777" w:rsidR="00AA5611" w:rsidRDefault="00AA5611" w:rsidP="00AA5611">
            <w:pPr>
              <w:spacing w:after="0"/>
            </w:pPr>
          </w:p>
        </w:tc>
      </w:tr>
    </w:tbl>
    <w:p w14:paraId="09B28F92" w14:textId="77777777" w:rsidR="00AA5611" w:rsidRDefault="00AA5611" w:rsidP="00AA5611">
      <w:pPr>
        <w:spacing w:after="0"/>
      </w:pPr>
    </w:p>
    <w:p w14:paraId="31CAFED2" w14:textId="763C7DC9" w:rsidR="007A764F" w:rsidRDefault="00A700A7" w:rsidP="00AA5611">
      <w:pPr>
        <w:spacing w:after="0"/>
      </w:pPr>
      <w:r>
        <w:t>How will the project be delivered: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0741B006" w14:textId="77777777" w:rsidTr="00AA5611">
        <w:trPr>
          <w:trHeight w:val="576"/>
        </w:trPr>
        <w:tc>
          <w:tcPr>
            <w:tcW w:w="8640" w:type="dxa"/>
          </w:tcPr>
          <w:p w14:paraId="678F5B72" w14:textId="77777777" w:rsidR="007A764F" w:rsidRDefault="007A764F" w:rsidP="00AA5611">
            <w:pPr>
              <w:spacing w:after="0"/>
            </w:pPr>
          </w:p>
          <w:p w14:paraId="72EB613D" w14:textId="77777777" w:rsidR="00AA5611" w:rsidRDefault="00AA5611" w:rsidP="00AA5611">
            <w:pPr>
              <w:spacing w:after="0"/>
            </w:pPr>
          </w:p>
          <w:p w14:paraId="181BA161" w14:textId="77777777" w:rsidR="00AA5611" w:rsidRDefault="00AA5611" w:rsidP="00AA5611">
            <w:pPr>
              <w:spacing w:after="0"/>
            </w:pPr>
          </w:p>
          <w:p w14:paraId="7385FC00" w14:textId="77777777" w:rsidR="00AA5611" w:rsidRDefault="00AA5611" w:rsidP="00AA5611">
            <w:pPr>
              <w:spacing w:after="0"/>
            </w:pPr>
          </w:p>
          <w:p w14:paraId="7EADC869" w14:textId="77777777" w:rsidR="00AA5611" w:rsidRDefault="00AA5611" w:rsidP="00AA5611">
            <w:pPr>
              <w:spacing w:after="0"/>
            </w:pPr>
          </w:p>
          <w:p w14:paraId="3524A9B7" w14:textId="77777777" w:rsidR="00AA5611" w:rsidRDefault="00AA5611" w:rsidP="00AA5611">
            <w:pPr>
              <w:spacing w:after="0"/>
            </w:pPr>
          </w:p>
          <w:p w14:paraId="54337FE4" w14:textId="77777777" w:rsidR="00AA5611" w:rsidRDefault="00AA5611" w:rsidP="00AA5611">
            <w:pPr>
              <w:spacing w:after="0"/>
            </w:pPr>
          </w:p>
          <w:p w14:paraId="5AE47BAF" w14:textId="77777777" w:rsidR="00AA5611" w:rsidRDefault="00AA5611" w:rsidP="00AA5611">
            <w:pPr>
              <w:spacing w:after="0"/>
            </w:pPr>
          </w:p>
          <w:p w14:paraId="1922CDDA" w14:textId="77777777" w:rsidR="00AA5611" w:rsidRDefault="00AA5611" w:rsidP="00AA5611">
            <w:pPr>
              <w:spacing w:after="0"/>
            </w:pPr>
          </w:p>
          <w:p w14:paraId="539E9EDF" w14:textId="77777777" w:rsidR="00AA5611" w:rsidRDefault="00AA5611" w:rsidP="00AA5611">
            <w:pPr>
              <w:spacing w:after="0"/>
            </w:pPr>
          </w:p>
        </w:tc>
      </w:tr>
    </w:tbl>
    <w:p w14:paraId="28EAF506" w14:textId="77777777" w:rsidR="007A764F" w:rsidRDefault="00A700A7" w:rsidP="00AA5611">
      <w:pPr>
        <w:spacing w:after="0"/>
      </w:pPr>
      <w:r>
        <w:t>Any key risks or challenges: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58D9D1AA" w14:textId="77777777" w:rsidTr="00AA5611">
        <w:trPr>
          <w:trHeight w:val="576"/>
        </w:trPr>
        <w:tc>
          <w:tcPr>
            <w:tcW w:w="8640" w:type="dxa"/>
          </w:tcPr>
          <w:p w14:paraId="410D7478" w14:textId="77777777" w:rsidR="007A764F" w:rsidRDefault="007A764F" w:rsidP="00AA5611">
            <w:pPr>
              <w:spacing w:after="0"/>
            </w:pPr>
          </w:p>
          <w:p w14:paraId="1805FEC8" w14:textId="77777777" w:rsidR="00AA5611" w:rsidRDefault="00AA5611" w:rsidP="00AA5611">
            <w:pPr>
              <w:spacing w:after="0"/>
            </w:pPr>
          </w:p>
          <w:p w14:paraId="1D3792CA" w14:textId="77777777" w:rsidR="00AA5611" w:rsidRDefault="00AA5611" w:rsidP="00AA5611">
            <w:pPr>
              <w:spacing w:after="0"/>
            </w:pPr>
          </w:p>
          <w:p w14:paraId="42360A60" w14:textId="77777777" w:rsidR="00AA5611" w:rsidRDefault="00AA5611" w:rsidP="00AA5611">
            <w:pPr>
              <w:spacing w:after="0"/>
            </w:pPr>
          </w:p>
          <w:p w14:paraId="5704214E" w14:textId="77777777" w:rsidR="00AA5611" w:rsidRDefault="00AA5611" w:rsidP="00AA5611">
            <w:pPr>
              <w:spacing w:after="0"/>
            </w:pPr>
          </w:p>
          <w:p w14:paraId="58C6ACA3" w14:textId="77777777" w:rsidR="00AA5611" w:rsidRDefault="00AA5611" w:rsidP="00AA5611">
            <w:pPr>
              <w:spacing w:after="0"/>
            </w:pPr>
          </w:p>
        </w:tc>
      </w:tr>
    </w:tbl>
    <w:p w14:paraId="227C126A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7: Beneficiaries</w:t>
      </w:r>
    </w:p>
    <w:p w14:paraId="0CDB3C16" w14:textId="77777777" w:rsidR="007A764F" w:rsidRDefault="00A700A7" w:rsidP="00AA5611">
      <w:pPr>
        <w:spacing w:after="0"/>
      </w:pPr>
      <w:r>
        <w:t>Who will benefit: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06A6D2BC" w14:textId="77777777" w:rsidTr="00AA5611">
        <w:trPr>
          <w:trHeight w:val="576"/>
        </w:trPr>
        <w:tc>
          <w:tcPr>
            <w:tcW w:w="8640" w:type="dxa"/>
          </w:tcPr>
          <w:p w14:paraId="63559CE3" w14:textId="77777777" w:rsidR="007A764F" w:rsidRDefault="007A764F" w:rsidP="00AA5611">
            <w:pPr>
              <w:spacing w:after="0"/>
            </w:pPr>
          </w:p>
          <w:p w14:paraId="066844A9" w14:textId="77777777" w:rsidR="00AA5611" w:rsidRDefault="00AA5611" w:rsidP="00AA5611">
            <w:pPr>
              <w:spacing w:after="0"/>
            </w:pPr>
          </w:p>
          <w:p w14:paraId="58394E1C" w14:textId="77777777" w:rsidR="00AA5611" w:rsidRDefault="00AA5611" w:rsidP="00AA5611">
            <w:pPr>
              <w:spacing w:after="0"/>
            </w:pPr>
          </w:p>
          <w:p w14:paraId="519CC7B9" w14:textId="77777777" w:rsidR="00AA5611" w:rsidRDefault="00AA5611" w:rsidP="00AA5611">
            <w:pPr>
              <w:spacing w:after="0"/>
            </w:pPr>
          </w:p>
        </w:tc>
      </w:tr>
    </w:tbl>
    <w:p w14:paraId="298B3731" w14:textId="77777777" w:rsidR="00AA5611" w:rsidRDefault="00AA5611" w:rsidP="00AA5611">
      <w:pPr>
        <w:spacing w:after="0"/>
      </w:pPr>
    </w:p>
    <w:p w14:paraId="54BEDF3E" w14:textId="384E2917" w:rsidR="007A764F" w:rsidRDefault="00A700A7" w:rsidP="00AA5611">
      <w:pPr>
        <w:spacing w:after="0"/>
      </w:pPr>
      <w:r>
        <w:t>Estimated number of beneficiaries: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0FE71901" w14:textId="77777777" w:rsidTr="00AA5611">
        <w:trPr>
          <w:trHeight w:val="576"/>
        </w:trPr>
        <w:tc>
          <w:tcPr>
            <w:tcW w:w="8640" w:type="dxa"/>
          </w:tcPr>
          <w:p w14:paraId="7FB7AF61" w14:textId="77777777" w:rsidR="007A764F" w:rsidRDefault="007A764F" w:rsidP="00AA5611">
            <w:pPr>
              <w:spacing w:after="0"/>
            </w:pPr>
          </w:p>
          <w:p w14:paraId="7DE5D7F8" w14:textId="77777777" w:rsidR="00AA5611" w:rsidRDefault="00AA5611" w:rsidP="00AA5611">
            <w:pPr>
              <w:spacing w:after="0"/>
            </w:pPr>
          </w:p>
          <w:p w14:paraId="39872018" w14:textId="77777777" w:rsidR="00AA5611" w:rsidRDefault="00AA5611" w:rsidP="00AA5611">
            <w:pPr>
              <w:spacing w:after="0"/>
            </w:pPr>
          </w:p>
        </w:tc>
      </w:tr>
    </w:tbl>
    <w:p w14:paraId="59F24AF8" w14:textId="5BB5822A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8: Financial Information</w:t>
      </w:r>
    </w:p>
    <w:p w14:paraId="3F32FD63" w14:textId="77777777" w:rsidR="007A764F" w:rsidRDefault="00A700A7" w:rsidP="00AA5611">
      <w:pPr>
        <w:spacing w:after="0"/>
      </w:pPr>
      <w:r>
        <w:t>Total Project Cost (£):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14F5004F" w14:textId="77777777" w:rsidTr="00AA5611">
        <w:trPr>
          <w:trHeight w:val="576"/>
        </w:trPr>
        <w:tc>
          <w:tcPr>
            <w:tcW w:w="8640" w:type="dxa"/>
          </w:tcPr>
          <w:p w14:paraId="222F8B05" w14:textId="77777777" w:rsidR="007A764F" w:rsidRDefault="007A764F" w:rsidP="00AA5611">
            <w:pPr>
              <w:spacing w:after="0"/>
            </w:pPr>
          </w:p>
        </w:tc>
      </w:tr>
    </w:tbl>
    <w:p w14:paraId="3CD024FC" w14:textId="77777777" w:rsidR="007A764F" w:rsidRDefault="00A700A7" w:rsidP="00AA5611">
      <w:pPr>
        <w:spacing w:after="0"/>
      </w:pPr>
      <w:r>
        <w:t>Amount Requested (£):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2BF17D0" w14:textId="77777777" w:rsidTr="00AA5611">
        <w:trPr>
          <w:trHeight w:val="576"/>
        </w:trPr>
        <w:tc>
          <w:tcPr>
            <w:tcW w:w="8640" w:type="dxa"/>
          </w:tcPr>
          <w:p w14:paraId="18279D02" w14:textId="77777777" w:rsidR="007A764F" w:rsidRDefault="007A764F" w:rsidP="00AA5611">
            <w:pPr>
              <w:spacing w:after="0"/>
            </w:pPr>
          </w:p>
        </w:tc>
      </w:tr>
    </w:tbl>
    <w:p w14:paraId="4014F3F3" w14:textId="77777777" w:rsidR="00A700A7" w:rsidRDefault="00A700A7" w:rsidP="00AA5611">
      <w:pPr>
        <w:spacing w:after="0"/>
      </w:pPr>
    </w:p>
    <w:p w14:paraId="616A29C0" w14:textId="77777777" w:rsidR="00A700A7" w:rsidRDefault="00A700A7" w:rsidP="00AA5611">
      <w:pPr>
        <w:spacing w:after="0"/>
      </w:pPr>
    </w:p>
    <w:p w14:paraId="1B615C2F" w14:textId="77777777" w:rsidR="00A700A7" w:rsidRDefault="00A700A7" w:rsidP="00AA5611">
      <w:pPr>
        <w:spacing w:after="0"/>
      </w:pPr>
    </w:p>
    <w:p w14:paraId="6623DAC5" w14:textId="77777777" w:rsidR="00A700A7" w:rsidRDefault="00A700A7" w:rsidP="00AA5611">
      <w:pPr>
        <w:spacing w:after="0"/>
      </w:pPr>
    </w:p>
    <w:p w14:paraId="6C162127" w14:textId="011A39B1" w:rsidR="007A764F" w:rsidRDefault="00A700A7" w:rsidP="00AA5611">
      <w:pPr>
        <w:spacing w:after="0"/>
      </w:pPr>
      <w:r>
        <w:lastRenderedPageBreak/>
        <w:t>Cost Breakdown: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7A764F" w14:paraId="60CD4C2F" w14:textId="77777777" w:rsidTr="00AA5611">
        <w:tc>
          <w:tcPr>
            <w:tcW w:w="4320" w:type="dxa"/>
          </w:tcPr>
          <w:p w14:paraId="2802CB1B" w14:textId="77777777" w:rsidR="007A764F" w:rsidRDefault="00A700A7" w:rsidP="00AA5611">
            <w:pPr>
              <w:spacing w:after="0"/>
            </w:pPr>
            <w:r>
              <w:t>Item</w:t>
            </w:r>
          </w:p>
        </w:tc>
        <w:tc>
          <w:tcPr>
            <w:tcW w:w="4320" w:type="dxa"/>
          </w:tcPr>
          <w:p w14:paraId="0E36A10E" w14:textId="77777777" w:rsidR="007A764F" w:rsidRDefault="00A700A7" w:rsidP="00AA5611">
            <w:pPr>
              <w:spacing w:after="0"/>
            </w:pPr>
            <w:r>
              <w:t>Cost (£)</w:t>
            </w:r>
          </w:p>
        </w:tc>
      </w:tr>
      <w:tr w:rsidR="007A764F" w14:paraId="70C72282" w14:textId="77777777" w:rsidTr="00AA5611">
        <w:tc>
          <w:tcPr>
            <w:tcW w:w="4320" w:type="dxa"/>
          </w:tcPr>
          <w:p w14:paraId="3EF08675" w14:textId="77777777" w:rsidR="007A764F" w:rsidRDefault="007A764F" w:rsidP="00AA5611">
            <w:pPr>
              <w:spacing w:after="0"/>
            </w:pPr>
          </w:p>
        </w:tc>
        <w:tc>
          <w:tcPr>
            <w:tcW w:w="4320" w:type="dxa"/>
          </w:tcPr>
          <w:p w14:paraId="2C63191C" w14:textId="77777777" w:rsidR="007A764F" w:rsidRDefault="007A764F" w:rsidP="00AA5611">
            <w:pPr>
              <w:spacing w:after="0"/>
            </w:pPr>
          </w:p>
        </w:tc>
      </w:tr>
      <w:tr w:rsidR="007A764F" w14:paraId="37503C75" w14:textId="77777777" w:rsidTr="00AA5611">
        <w:tc>
          <w:tcPr>
            <w:tcW w:w="4320" w:type="dxa"/>
          </w:tcPr>
          <w:p w14:paraId="2283BF2D" w14:textId="77777777" w:rsidR="007A764F" w:rsidRDefault="007A764F" w:rsidP="00AA5611">
            <w:pPr>
              <w:spacing w:after="0"/>
            </w:pPr>
          </w:p>
        </w:tc>
        <w:tc>
          <w:tcPr>
            <w:tcW w:w="4320" w:type="dxa"/>
          </w:tcPr>
          <w:p w14:paraId="3349F532" w14:textId="77777777" w:rsidR="007A764F" w:rsidRDefault="007A764F" w:rsidP="00AA5611">
            <w:pPr>
              <w:spacing w:after="0"/>
            </w:pPr>
          </w:p>
        </w:tc>
      </w:tr>
      <w:tr w:rsidR="007A764F" w14:paraId="2F87635E" w14:textId="77777777" w:rsidTr="00AA5611">
        <w:tc>
          <w:tcPr>
            <w:tcW w:w="4320" w:type="dxa"/>
          </w:tcPr>
          <w:p w14:paraId="1C2C1E50" w14:textId="77777777" w:rsidR="007A764F" w:rsidRDefault="007A764F" w:rsidP="00AA5611">
            <w:pPr>
              <w:spacing w:after="0"/>
            </w:pPr>
          </w:p>
        </w:tc>
        <w:tc>
          <w:tcPr>
            <w:tcW w:w="4320" w:type="dxa"/>
          </w:tcPr>
          <w:p w14:paraId="63939351" w14:textId="77777777" w:rsidR="007A764F" w:rsidRDefault="007A764F" w:rsidP="00AA5611">
            <w:pPr>
              <w:spacing w:after="0"/>
            </w:pPr>
          </w:p>
        </w:tc>
      </w:tr>
      <w:tr w:rsidR="00AA5611" w14:paraId="0C4F618F" w14:textId="77777777" w:rsidTr="00AA5611">
        <w:tc>
          <w:tcPr>
            <w:tcW w:w="4320" w:type="dxa"/>
          </w:tcPr>
          <w:p w14:paraId="51677C27" w14:textId="77777777" w:rsidR="00AA5611" w:rsidRDefault="00AA5611" w:rsidP="00AA5611">
            <w:pPr>
              <w:spacing w:after="0"/>
            </w:pPr>
          </w:p>
        </w:tc>
        <w:tc>
          <w:tcPr>
            <w:tcW w:w="4320" w:type="dxa"/>
          </w:tcPr>
          <w:p w14:paraId="0A12BFA9" w14:textId="77777777" w:rsidR="00AA5611" w:rsidRDefault="00AA5611" w:rsidP="00AA5611">
            <w:pPr>
              <w:spacing w:after="0"/>
            </w:pPr>
          </w:p>
        </w:tc>
      </w:tr>
      <w:tr w:rsidR="00AA5611" w14:paraId="6726BE72" w14:textId="77777777" w:rsidTr="00AA5611">
        <w:tc>
          <w:tcPr>
            <w:tcW w:w="4320" w:type="dxa"/>
          </w:tcPr>
          <w:p w14:paraId="5C5E500A" w14:textId="77777777" w:rsidR="00AA5611" w:rsidRDefault="00AA5611" w:rsidP="00AA5611">
            <w:pPr>
              <w:spacing w:after="0"/>
            </w:pPr>
          </w:p>
        </w:tc>
        <w:tc>
          <w:tcPr>
            <w:tcW w:w="4320" w:type="dxa"/>
          </w:tcPr>
          <w:p w14:paraId="2931661A" w14:textId="77777777" w:rsidR="00AA5611" w:rsidRDefault="00AA5611" w:rsidP="00AA5611">
            <w:pPr>
              <w:spacing w:after="0"/>
            </w:pPr>
          </w:p>
        </w:tc>
      </w:tr>
      <w:tr w:rsidR="00AA5611" w14:paraId="68319B3C" w14:textId="77777777" w:rsidTr="00AA5611">
        <w:tc>
          <w:tcPr>
            <w:tcW w:w="4320" w:type="dxa"/>
          </w:tcPr>
          <w:p w14:paraId="6648C5CA" w14:textId="77777777" w:rsidR="00AA5611" w:rsidRDefault="00AA5611" w:rsidP="00AA5611">
            <w:pPr>
              <w:spacing w:after="0"/>
            </w:pPr>
          </w:p>
        </w:tc>
        <w:tc>
          <w:tcPr>
            <w:tcW w:w="4320" w:type="dxa"/>
          </w:tcPr>
          <w:p w14:paraId="10D8CCB3" w14:textId="77777777" w:rsidR="00AA5611" w:rsidRDefault="00AA5611" w:rsidP="00AA5611">
            <w:pPr>
              <w:spacing w:after="0"/>
            </w:pPr>
          </w:p>
        </w:tc>
      </w:tr>
      <w:tr w:rsidR="00AA5611" w14:paraId="6282CC73" w14:textId="77777777" w:rsidTr="00AA5611">
        <w:tc>
          <w:tcPr>
            <w:tcW w:w="4320" w:type="dxa"/>
          </w:tcPr>
          <w:p w14:paraId="521D2D14" w14:textId="77777777" w:rsidR="00AA5611" w:rsidRDefault="00AA5611" w:rsidP="00AA5611">
            <w:pPr>
              <w:spacing w:after="0"/>
            </w:pPr>
          </w:p>
        </w:tc>
        <w:tc>
          <w:tcPr>
            <w:tcW w:w="4320" w:type="dxa"/>
          </w:tcPr>
          <w:p w14:paraId="445741C4" w14:textId="77777777" w:rsidR="00AA5611" w:rsidRDefault="00AA5611" w:rsidP="00AA5611">
            <w:pPr>
              <w:spacing w:after="0"/>
            </w:pPr>
          </w:p>
        </w:tc>
      </w:tr>
      <w:tr w:rsidR="00A700A7" w14:paraId="18304E3E" w14:textId="77777777" w:rsidTr="00AA5611">
        <w:tc>
          <w:tcPr>
            <w:tcW w:w="4320" w:type="dxa"/>
          </w:tcPr>
          <w:p w14:paraId="1A918390" w14:textId="77777777" w:rsidR="00A700A7" w:rsidRDefault="00A700A7" w:rsidP="00AA5611">
            <w:pPr>
              <w:spacing w:after="0"/>
            </w:pPr>
          </w:p>
        </w:tc>
        <w:tc>
          <w:tcPr>
            <w:tcW w:w="4320" w:type="dxa"/>
          </w:tcPr>
          <w:p w14:paraId="5B70F9E9" w14:textId="77777777" w:rsidR="00A700A7" w:rsidRDefault="00A700A7" w:rsidP="00AA5611">
            <w:pPr>
              <w:spacing w:after="0"/>
            </w:pPr>
          </w:p>
        </w:tc>
      </w:tr>
      <w:tr w:rsidR="00A700A7" w14:paraId="3ECE0330" w14:textId="77777777" w:rsidTr="00AA5611">
        <w:tc>
          <w:tcPr>
            <w:tcW w:w="4320" w:type="dxa"/>
          </w:tcPr>
          <w:p w14:paraId="103657E6" w14:textId="77777777" w:rsidR="00A700A7" w:rsidRDefault="00A700A7" w:rsidP="00AA5611">
            <w:pPr>
              <w:spacing w:after="0"/>
            </w:pPr>
          </w:p>
        </w:tc>
        <w:tc>
          <w:tcPr>
            <w:tcW w:w="4320" w:type="dxa"/>
          </w:tcPr>
          <w:p w14:paraId="0FD6CEF3" w14:textId="77777777" w:rsidR="00A700A7" w:rsidRDefault="00A700A7" w:rsidP="00AA5611">
            <w:pPr>
              <w:spacing w:after="0"/>
            </w:pPr>
          </w:p>
        </w:tc>
      </w:tr>
      <w:tr w:rsidR="00A700A7" w14:paraId="121D5025" w14:textId="77777777" w:rsidTr="00AA5611">
        <w:tc>
          <w:tcPr>
            <w:tcW w:w="4320" w:type="dxa"/>
          </w:tcPr>
          <w:p w14:paraId="005D2A26" w14:textId="77777777" w:rsidR="00A700A7" w:rsidRDefault="00A700A7" w:rsidP="00AA5611">
            <w:pPr>
              <w:spacing w:after="0"/>
            </w:pPr>
          </w:p>
        </w:tc>
        <w:tc>
          <w:tcPr>
            <w:tcW w:w="4320" w:type="dxa"/>
          </w:tcPr>
          <w:p w14:paraId="1126A1E4" w14:textId="77777777" w:rsidR="00A700A7" w:rsidRDefault="00A700A7" w:rsidP="00AA5611">
            <w:pPr>
              <w:spacing w:after="0"/>
            </w:pPr>
          </w:p>
        </w:tc>
      </w:tr>
      <w:tr w:rsidR="00A700A7" w14:paraId="37321672" w14:textId="77777777" w:rsidTr="00AA5611">
        <w:tc>
          <w:tcPr>
            <w:tcW w:w="4320" w:type="dxa"/>
          </w:tcPr>
          <w:p w14:paraId="099852A6" w14:textId="77777777" w:rsidR="00A700A7" w:rsidRDefault="00A700A7" w:rsidP="00AA5611">
            <w:pPr>
              <w:spacing w:after="0"/>
            </w:pPr>
          </w:p>
        </w:tc>
        <w:tc>
          <w:tcPr>
            <w:tcW w:w="4320" w:type="dxa"/>
          </w:tcPr>
          <w:p w14:paraId="33A7609C" w14:textId="77777777" w:rsidR="00A700A7" w:rsidRDefault="00A700A7" w:rsidP="00AA5611">
            <w:pPr>
              <w:spacing w:after="0"/>
            </w:pPr>
          </w:p>
        </w:tc>
      </w:tr>
      <w:tr w:rsidR="00AA5611" w14:paraId="3C753DE1" w14:textId="77777777" w:rsidTr="00AA5611">
        <w:tc>
          <w:tcPr>
            <w:tcW w:w="4320" w:type="dxa"/>
          </w:tcPr>
          <w:p w14:paraId="546514CC" w14:textId="77777777" w:rsidR="00AA5611" w:rsidRDefault="00AA5611" w:rsidP="00AA5611">
            <w:pPr>
              <w:spacing w:after="0"/>
            </w:pPr>
          </w:p>
        </w:tc>
        <w:tc>
          <w:tcPr>
            <w:tcW w:w="4320" w:type="dxa"/>
          </w:tcPr>
          <w:p w14:paraId="44DBB9D7" w14:textId="77777777" w:rsidR="00AA5611" w:rsidRDefault="00AA5611" w:rsidP="00AA5611">
            <w:pPr>
              <w:spacing w:after="0"/>
            </w:pPr>
          </w:p>
        </w:tc>
      </w:tr>
    </w:tbl>
    <w:p w14:paraId="77FBD7EC" w14:textId="77777777" w:rsidR="007A764F" w:rsidRDefault="00A700A7" w:rsidP="00AA5611">
      <w:pPr>
        <w:spacing w:after="0"/>
      </w:pPr>
      <w:r>
        <w:t>Additional funding (if any):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69F8E92" w14:textId="77777777" w:rsidTr="00AA5611">
        <w:trPr>
          <w:trHeight w:val="576"/>
        </w:trPr>
        <w:tc>
          <w:tcPr>
            <w:tcW w:w="8640" w:type="dxa"/>
          </w:tcPr>
          <w:p w14:paraId="4F7E3166" w14:textId="77777777" w:rsidR="007A764F" w:rsidRDefault="007A764F" w:rsidP="00AA5611">
            <w:pPr>
              <w:spacing w:after="0"/>
            </w:pPr>
          </w:p>
          <w:p w14:paraId="486F4AED" w14:textId="77777777" w:rsidR="00AA5611" w:rsidRDefault="00AA5611" w:rsidP="00AA5611">
            <w:pPr>
              <w:spacing w:after="0"/>
            </w:pPr>
          </w:p>
          <w:p w14:paraId="382CB36C" w14:textId="77777777" w:rsidR="00AA5611" w:rsidRDefault="00AA5611" w:rsidP="00AA5611">
            <w:pPr>
              <w:spacing w:after="0"/>
            </w:pPr>
          </w:p>
          <w:p w14:paraId="13978394" w14:textId="77777777" w:rsidR="00AA5611" w:rsidRDefault="00AA5611" w:rsidP="00AA5611">
            <w:pPr>
              <w:spacing w:after="0"/>
            </w:pPr>
          </w:p>
        </w:tc>
      </w:tr>
    </w:tbl>
    <w:p w14:paraId="572A613C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9: Monitoring</w:t>
      </w:r>
    </w:p>
    <w:p w14:paraId="0FE11F47" w14:textId="77777777" w:rsidR="007A764F" w:rsidRDefault="00A700A7" w:rsidP="00AA5611">
      <w:pPr>
        <w:spacing w:after="0"/>
      </w:pPr>
      <w:r>
        <w:t>How will you measure success: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975D454" w14:textId="77777777" w:rsidTr="00AA5611">
        <w:trPr>
          <w:trHeight w:val="576"/>
        </w:trPr>
        <w:tc>
          <w:tcPr>
            <w:tcW w:w="8640" w:type="dxa"/>
          </w:tcPr>
          <w:p w14:paraId="784D1121" w14:textId="77777777" w:rsidR="007A764F" w:rsidRDefault="007A764F" w:rsidP="00AA5611">
            <w:pPr>
              <w:spacing w:after="0"/>
            </w:pPr>
          </w:p>
          <w:p w14:paraId="2435654F" w14:textId="77777777" w:rsidR="00AA5611" w:rsidRDefault="00AA5611" w:rsidP="00AA5611">
            <w:pPr>
              <w:spacing w:after="0"/>
            </w:pPr>
          </w:p>
          <w:p w14:paraId="4CDA14CD" w14:textId="77777777" w:rsidR="00AA5611" w:rsidRDefault="00AA5611" w:rsidP="00AA5611">
            <w:pPr>
              <w:spacing w:after="0"/>
            </w:pPr>
          </w:p>
          <w:p w14:paraId="392CD922" w14:textId="77777777" w:rsidR="00AA5611" w:rsidRDefault="00AA5611" w:rsidP="00AA5611">
            <w:pPr>
              <w:spacing w:after="0"/>
            </w:pPr>
          </w:p>
          <w:p w14:paraId="022FB1A2" w14:textId="77777777" w:rsidR="00AA5611" w:rsidRDefault="00AA5611" w:rsidP="00AA5611">
            <w:pPr>
              <w:spacing w:after="0"/>
            </w:pPr>
          </w:p>
          <w:p w14:paraId="4A79B086" w14:textId="77777777" w:rsidR="00AA5611" w:rsidRDefault="00AA5611" w:rsidP="00AA5611">
            <w:pPr>
              <w:spacing w:after="0"/>
            </w:pPr>
          </w:p>
        </w:tc>
      </w:tr>
    </w:tbl>
    <w:p w14:paraId="3D63C596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10: Risk &amp; Safeguarding</w:t>
      </w:r>
    </w:p>
    <w:p w14:paraId="379FF238" w14:textId="77777777" w:rsidR="007A764F" w:rsidRDefault="00A700A7" w:rsidP="00AA5611">
      <w:pPr>
        <w:spacing w:after="0"/>
      </w:pPr>
      <w:r>
        <w:t>Any risks and how you will manage them: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696982CE" w14:textId="77777777" w:rsidTr="00AA5611">
        <w:trPr>
          <w:trHeight w:val="576"/>
        </w:trPr>
        <w:tc>
          <w:tcPr>
            <w:tcW w:w="8640" w:type="dxa"/>
          </w:tcPr>
          <w:p w14:paraId="5C564C6C" w14:textId="77777777" w:rsidR="007A764F" w:rsidRDefault="007A764F" w:rsidP="00AA5611">
            <w:pPr>
              <w:spacing w:after="0"/>
            </w:pPr>
          </w:p>
          <w:p w14:paraId="2E6234FB" w14:textId="77777777" w:rsidR="00AA5611" w:rsidRDefault="00AA5611" w:rsidP="00AA5611">
            <w:pPr>
              <w:spacing w:after="0"/>
            </w:pPr>
          </w:p>
          <w:p w14:paraId="220FDC21" w14:textId="77777777" w:rsidR="00A700A7" w:rsidRDefault="00A700A7" w:rsidP="00AA5611">
            <w:pPr>
              <w:spacing w:after="0"/>
            </w:pPr>
          </w:p>
          <w:p w14:paraId="2C0418EE" w14:textId="77777777" w:rsidR="00A700A7" w:rsidRDefault="00A700A7" w:rsidP="00AA5611">
            <w:pPr>
              <w:spacing w:after="0"/>
            </w:pPr>
          </w:p>
          <w:p w14:paraId="0E1C294F" w14:textId="77777777" w:rsidR="00AA5611" w:rsidRDefault="00AA5611" w:rsidP="00AA5611">
            <w:pPr>
              <w:spacing w:after="0"/>
            </w:pPr>
          </w:p>
        </w:tc>
      </w:tr>
    </w:tbl>
    <w:p w14:paraId="6248A49A" w14:textId="77777777" w:rsidR="007A764F" w:rsidRDefault="00A700A7" w:rsidP="00AA5611">
      <w:pPr>
        <w:spacing w:after="0"/>
      </w:pPr>
      <w:r>
        <w:t>Does your project involve children or vulnerable people? If yes, describe safeguarding: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77DB6726" w14:textId="77777777" w:rsidTr="00AA5611">
        <w:trPr>
          <w:trHeight w:val="576"/>
        </w:trPr>
        <w:tc>
          <w:tcPr>
            <w:tcW w:w="8640" w:type="dxa"/>
          </w:tcPr>
          <w:p w14:paraId="700B8958" w14:textId="77777777" w:rsidR="007A764F" w:rsidRDefault="007A764F" w:rsidP="00AA5611">
            <w:pPr>
              <w:spacing w:after="0"/>
            </w:pPr>
          </w:p>
          <w:p w14:paraId="09779B7E" w14:textId="77777777" w:rsidR="00AA5611" w:rsidRDefault="00AA5611" w:rsidP="00AA5611">
            <w:pPr>
              <w:spacing w:after="0"/>
            </w:pPr>
          </w:p>
          <w:p w14:paraId="2C44E763" w14:textId="77777777" w:rsidR="00A700A7" w:rsidRDefault="00A700A7" w:rsidP="00AA5611">
            <w:pPr>
              <w:spacing w:after="0"/>
            </w:pPr>
          </w:p>
          <w:p w14:paraId="0838CF16" w14:textId="77777777" w:rsidR="00AA5611" w:rsidRDefault="00AA5611" w:rsidP="00AA5611">
            <w:pPr>
              <w:spacing w:after="0"/>
            </w:pPr>
          </w:p>
          <w:p w14:paraId="17DF981E" w14:textId="77777777" w:rsidR="00AA5611" w:rsidRDefault="00AA5611" w:rsidP="00AA5611">
            <w:pPr>
              <w:spacing w:after="0"/>
            </w:pPr>
          </w:p>
        </w:tc>
      </w:tr>
    </w:tbl>
    <w:p w14:paraId="37E2B6A1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lastRenderedPageBreak/>
        <w:t>Section 11: Previous Funding</w:t>
      </w:r>
    </w:p>
    <w:p w14:paraId="0F85041A" w14:textId="77777777" w:rsidR="007A764F" w:rsidRDefault="00A700A7" w:rsidP="00AA5611">
      <w:pPr>
        <w:spacing w:after="0"/>
      </w:pPr>
      <w:r>
        <w:t>Have you received previous funding? If yes, brief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4B2FC59" w14:textId="77777777" w:rsidTr="00AA5611">
        <w:trPr>
          <w:trHeight w:val="576"/>
        </w:trPr>
        <w:tc>
          <w:tcPr>
            <w:tcW w:w="8640" w:type="dxa"/>
          </w:tcPr>
          <w:p w14:paraId="0F757593" w14:textId="77777777" w:rsidR="007A764F" w:rsidRDefault="007A764F" w:rsidP="00AA5611">
            <w:pPr>
              <w:spacing w:after="0"/>
            </w:pPr>
          </w:p>
          <w:p w14:paraId="4491B1F2" w14:textId="77777777" w:rsidR="00AA5611" w:rsidRDefault="00AA5611" w:rsidP="00AA5611">
            <w:pPr>
              <w:spacing w:after="0"/>
            </w:pPr>
          </w:p>
          <w:p w14:paraId="2813718E" w14:textId="77777777" w:rsidR="00AA5611" w:rsidRDefault="00AA5611" w:rsidP="00AA5611">
            <w:pPr>
              <w:spacing w:after="0"/>
            </w:pPr>
          </w:p>
          <w:p w14:paraId="7CFB031A" w14:textId="77777777" w:rsidR="00AA5611" w:rsidRDefault="00AA5611" w:rsidP="00AA5611">
            <w:pPr>
              <w:spacing w:after="0"/>
            </w:pPr>
          </w:p>
        </w:tc>
      </w:tr>
      <w:tr w:rsidR="00AA5611" w14:paraId="6E3F8FA5" w14:textId="77777777" w:rsidTr="00AA5611">
        <w:trPr>
          <w:trHeight w:val="576"/>
        </w:trPr>
        <w:tc>
          <w:tcPr>
            <w:tcW w:w="8640" w:type="dxa"/>
          </w:tcPr>
          <w:p w14:paraId="24626814" w14:textId="77777777" w:rsidR="00AA5611" w:rsidRDefault="00AA5611" w:rsidP="00AA5611">
            <w:pPr>
              <w:spacing w:after="0"/>
            </w:pPr>
          </w:p>
        </w:tc>
      </w:tr>
    </w:tbl>
    <w:p w14:paraId="68F503EB" w14:textId="77777777" w:rsidR="007A764F" w:rsidRDefault="00A700A7" w:rsidP="00AA5611">
      <w:pPr>
        <w:shd w:val="clear" w:color="auto" w:fill="D9D9D9"/>
        <w:spacing w:after="0"/>
      </w:pPr>
      <w:r>
        <w:rPr>
          <w:b/>
          <w:sz w:val="24"/>
        </w:rPr>
        <w:t>Section 12: Declaration</w:t>
      </w:r>
    </w:p>
    <w:p w14:paraId="1AA44F07" w14:textId="77777777" w:rsidR="007A764F" w:rsidRDefault="00A700A7" w:rsidP="00AA5611">
      <w:pPr>
        <w:spacing w:after="0"/>
      </w:pPr>
      <w:r>
        <w:t>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232C40A3" w14:textId="77777777" w:rsidTr="00AA5611">
        <w:trPr>
          <w:trHeight w:val="576"/>
        </w:trPr>
        <w:tc>
          <w:tcPr>
            <w:tcW w:w="8640" w:type="dxa"/>
          </w:tcPr>
          <w:p w14:paraId="2C786E4D" w14:textId="77777777" w:rsidR="007A764F" w:rsidRDefault="007A764F" w:rsidP="00AA5611">
            <w:pPr>
              <w:spacing w:after="0"/>
            </w:pPr>
          </w:p>
        </w:tc>
      </w:tr>
    </w:tbl>
    <w:p w14:paraId="1E7C389C" w14:textId="77777777" w:rsidR="007A764F" w:rsidRDefault="00A700A7" w:rsidP="00AA5611">
      <w:pPr>
        <w:spacing w:after="0"/>
      </w:pPr>
      <w:r>
        <w:t>Position: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42CE73E5" w14:textId="77777777" w:rsidTr="00AA5611">
        <w:trPr>
          <w:trHeight w:val="576"/>
        </w:trPr>
        <w:tc>
          <w:tcPr>
            <w:tcW w:w="8640" w:type="dxa"/>
          </w:tcPr>
          <w:p w14:paraId="1E948567" w14:textId="77777777" w:rsidR="007A764F" w:rsidRDefault="007A764F" w:rsidP="00AA5611">
            <w:pPr>
              <w:spacing w:after="0"/>
            </w:pPr>
          </w:p>
        </w:tc>
      </w:tr>
    </w:tbl>
    <w:p w14:paraId="307F6713" w14:textId="77777777" w:rsidR="007A764F" w:rsidRDefault="00A700A7" w:rsidP="00AA5611">
      <w:pPr>
        <w:spacing w:after="0"/>
      </w:pPr>
      <w:r>
        <w:t>Signature: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E3F6C02" w14:textId="77777777" w:rsidTr="00AA5611">
        <w:trPr>
          <w:trHeight w:val="576"/>
        </w:trPr>
        <w:tc>
          <w:tcPr>
            <w:tcW w:w="8640" w:type="dxa"/>
          </w:tcPr>
          <w:p w14:paraId="22A20FA8" w14:textId="77777777" w:rsidR="007A764F" w:rsidRDefault="007A764F" w:rsidP="00AA5611">
            <w:pPr>
              <w:spacing w:after="0"/>
            </w:pPr>
          </w:p>
        </w:tc>
      </w:tr>
    </w:tbl>
    <w:p w14:paraId="2947DF72" w14:textId="77777777" w:rsidR="007A764F" w:rsidRDefault="00A700A7" w:rsidP="00AA5611">
      <w:pPr>
        <w:spacing w:after="0"/>
      </w:pPr>
      <w:r>
        <w:t>Date: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A764F" w14:paraId="3E4B32C3" w14:textId="77777777" w:rsidTr="00AA5611">
        <w:trPr>
          <w:trHeight w:val="576"/>
        </w:trPr>
        <w:tc>
          <w:tcPr>
            <w:tcW w:w="8640" w:type="dxa"/>
          </w:tcPr>
          <w:p w14:paraId="4553E37E" w14:textId="77777777" w:rsidR="007A764F" w:rsidRDefault="007A764F" w:rsidP="00AA5611">
            <w:pPr>
              <w:spacing w:after="0"/>
            </w:pPr>
          </w:p>
        </w:tc>
      </w:tr>
    </w:tbl>
    <w:p w14:paraId="672F8112" w14:textId="77777777" w:rsidR="00A700A7" w:rsidRDefault="00A700A7"/>
    <w:sectPr w:rsidR="0000000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621A" w14:textId="77777777" w:rsidR="00A700A7" w:rsidRDefault="00A700A7">
      <w:pPr>
        <w:spacing w:after="0" w:line="240" w:lineRule="auto"/>
      </w:pPr>
      <w:r>
        <w:separator/>
      </w:r>
    </w:p>
  </w:endnote>
  <w:endnote w:type="continuationSeparator" w:id="0">
    <w:p w14:paraId="70F57785" w14:textId="77777777" w:rsidR="00A700A7" w:rsidRDefault="00A70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61E9" w14:textId="77777777" w:rsidR="00A700A7" w:rsidRDefault="00A700A7">
      <w:pPr>
        <w:spacing w:after="0" w:line="240" w:lineRule="auto"/>
      </w:pPr>
      <w:r>
        <w:separator/>
      </w:r>
    </w:p>
  </w:footnote>
  <w:footnote w:type="continuationSeparator" w:id="0">
    <w:p w14:paraId="3AF1C18A" w14:textId="77777777" w:rsidR="00A700A7" w:rsidRDefault="00A70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AF6A" w14:textId="77777777" w:rsidR="007A764F" w:rsidRDefault="00A700A7">
    <w:pPr>
      <w:pStyle w:val="Header"/>
    </w:pPr>
    <w:r>
      <w:rPr>
        <w:noProof/>
      </w:rPr>
      <w:drawing>
        <wp:inline distT="0" distB="0" distL="0" distR="0" wp14:anchorId="3AFAB9F7" wp14:editId="3FBCFFFD">
          <wp:extent cx="2743200" cy="81074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YCA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3200" cy="810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9090058">
    <w:abstractNumId w:val="8"/>
  </w:num>
  <w:num w:numId="2" w16cid:durableId="1670982042">
    <w:abstractNumId w:val="6"/>
  </w:num>
  <w:num w:numId="3" w16cid:durableId="594633809">
    <w:abstractNumId w:val="5"/>
  </w:num>
  <w:num w:numId="4" w16cid:durableId="586236668">
    <w:abstractNumId w:val="4"/>
  </w:num>
  <w:num w:numId="5" w16cid:durableId="1037319053">
    <w:abstractNumId w:val="7"/>
  </w:num>
  <w:num w:numId="6" w16cid:durableId="1851752409">
    <w:abstractNumId w:val="3"/>
  </w:num>
  <w:num w:numId="7" w16cid:durableId="464005845">
    <w:abstractNumId w:val="2"/>
  </w:num>
  <w:num w:numId="8" w16cid:durableId="402340917">
    <w:abstractNumId w:val="1"/>
  </w:num>
  <w:num w:numId="9" w16cid:durableId="99957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A764F"/>
    <w:rsid w:val="00A700A7"/>
    <w:rsid w:val="00AA1D8D"/>
    <w:rsid w:val="00AA5611"/>
    <w:rsid w:val="00B47730"/>
    <w:rsid w:val="00CB0664"/>
    <w:rsid w:val="00D73C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B5569F"/>
  <w14:defaultImageDpi w14:val="300"/>
  <w15:docId w15:val="{150D190A-1470-413D-B3E5-A74D7707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287</Words>
  <Characters>1664</Characters>
  <Application>Microsoft Office Word</Application>
  <DocSecurity>0</DocSecurity>
  <Lines>166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Michelle Polson</cp:lastModifiedBy>
  <cp:revision>2</cp:revision>
  <dcterms:created xsi:type="dcterms:W3CDTF">2026-04-28T11:35:00Z</dcterms:created>
  <dcterms:modified xsi:type="dcterms:W3CDTF">2026-04-28T11:35:00Z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2026-04-28T11:35:04Z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b1d2ac13-c8d4-4026-b891-6c73944b924b</vt:lpwstr>
  </property>
  <property fmtid="{D5CDD505-2E9C-101B-9397-08002B2CF9AE}" pid="7" name="MSIP_Label_defa4170-0d19-0005-0004-bc88714345d2_ActionId">
    <vt:lpwstr>e85dcc68-fb67-4eea-bcd2-a9f28feefa72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